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הנתונים – תאונות דרכים במספרים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כרטיס נתונים ולהבין מה כל מספר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ולהבין חלק יחסי מתוך נתון (למשל אחד מכל ארבעה)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נתונים משנים שונות ולהסיק 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459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אחד מכל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459 גדול מ-439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בערך רבע מהם היו הולכי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או המילה החסרים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1. 459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2. 439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לפירוש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(מספר ההרוגים בתאונות דרכים ב-2025)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(מספר ההרוגים בתאונות דרכים ב-2024)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(מספר הולכי הרגל שנהרגו ב-2025, בערך)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(החלק היחסי של הולכי הרגל מכלל ההרוגים)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קריאת כרטיס 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כל המספרים בכרטיס הנתונים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לשים לב מה כל מספר מייצג (שנה, קבוצה, סוג)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בין נתונים משנים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להסיק מסקנה לגבי השינוי במספרים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 מציע פעולה הגיונית הקשורה להולכי רגל, כמו חצייה במעבר חציה, תאורה, זהירות ברחוב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459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עלה (מ-439 ל-459)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אחד מכל ארבעה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כרטיס הנתונים על הלוח ולבקש מהתלמידים לאתר בעצמם את המספרים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שהנתונים הם נתונים רשמיים שיכולים להתעדכן, וחשוב לבדוק מקורות עדכניים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בדיון כיתתי על דרכים להגן על הולכי רגל בהתבסס על הנתונים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הנתונים – תאונות דרכים במספרים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תתרגלו לקרוא נתונים אמיתיים על תאונות דרכים, להבין מה המספרים אומרים ולהשוות בין שנים שונות, כמו בלשים שאוספים רמזים.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459  ·  439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על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בני אדם נהרגו בתאונות דרכים בשנת 2025 לפי כרטיס הנתונים?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459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מהנהרגים בשנת 2025 היו בערך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459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חלק מהנהרגים ב-2025 היו הולכי 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 מכל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מכל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אחד מכל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ב-2025 נהרגו יותר בני אדם בתאונות דרכים מאשר ב-2024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הנהרגים בתאונות דרכים ב-2025 היו הולכי 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או המילה החסרים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בשנת 2025 נהרגו __________ בני אדם בתאונות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2024 נהרגו __________ בני אדם בתאונות דרכים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המספר לפירוש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1. 459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החלק היחסי של הולכי הרגל מכלל ההרוגים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2. 439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 ההרוגים בתאונות דרכים ב-2025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3. 128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מספר ההרוגים בתאונות דרכים ב-2024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אחד מכל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מספר הולכי הרגל שנהרגו ב-2025, בערך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קריאת כרטיס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להסיק מסקנה לגבי השינוי במספרים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כל המספרים בכרטיס הנתונים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מה כל מספר מייצג (שנה, קבוצה, סוג)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להשוות בין נתונים משנים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הייתם עושים כדי לצמצם את מספר הולכי הרגל שנפגעים בתאונות דרכים? כתבו הצעה אחת מפורטת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בני אדם נהרגו בתאונות דרכים ב-2025?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מספר ההרוגים עלה או ירד לעומת 2024?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הנתונים – תאונות דרכים במספרים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