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כרטיס נתונים ולהבין מה כל מספר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ולהבין חלק יחסי מתוך נתון (למשל אחד מכל ארבעה)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נתונים משנים שונות ולהסיק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אחד מכל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המספר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נתונים רשמיים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459 גדול מ-439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בערך רבע מהם היו 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עלה מ-439 ל-459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או המילה החסרים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לפירוש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 ההרוגים בתאונות דרכים ב-2025)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(מספר ההרוגים בתאונות דרכים ב-2024)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הולכי הרגל שנהרגו ב-2025, בערך)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(החלק היחסי של הולכי הרגל מכלל ההרוגים)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מגורם מוסמך שכדאי לבדוק מול עדכון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כרטיס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כל המספרים בכרטיס הנתונים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מה כל מספר מייצג (שנה, קבוצה,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בין נתונים משנים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להסיק מסקנה לגבי השינוי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לחשוב מה אפשר לעשות כדי לשפר את הבטיחות בדרכים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מציע פעולה הגיונית הקשורה להולכי רגל, כמו חצייה במעבר חציה, תאורה, זהירות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מתוך כל ארבעה אנשים שנהרגו, בערך אחד מהם היה הולך רגל - כלומר כרבע מהנהרגים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459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עלה (מ-439 ל-459)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אחד מכל ארבעה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 הנתונים על הלוח ולבקש מהתלמידים לאתר בעצמם את המספרים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שהנתונים הם נתונים רשמיים שיכולים להתעדכן, וחשוב לבדוק מקורות עדכניים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דרכים להגן על הולכי רגל בהתבסס על הנתונים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מספרים על תאונות דרכים. תקראו את המספרים ותענו על שאלות פשוטות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תאונת דרכים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שבו כלי רכב פוגע באדם או ברכב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ולא נוסע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נתונים רשמיים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שפורסמו על ידי גוף אחראי ואפשר לסמוך עליהם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יחסי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מתוך הכל, למשל אחד מכל ארבעה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להשוות נתונים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ההבדל בין מספרים משנים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שמגיעים אליה אחרי בדיקת הנתונים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בטיחות בדרכים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שמטרתה למנוע תאונות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 אדם נהרגו בתאונות דרכים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הולכי רגל נהרגו ב-2025,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מתוך כל ההרוגים היו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מכל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מכל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הנהרגים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נהרגו ב-2024?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המספר עלה או ירד בין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מהיכן באים המספרים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נתונים רשמיים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ב-2025 נהרגו יותר בני אדם בתאונות דרכים מאשר ב-2024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הנהרגים בתאונות דרכים ב-2025 היו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את הנתונים מול פרסום עדכני כי הם עלולים להשתנות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לא השתנה בין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בערך אחד מכל ארבעה הרוגים ב-2025 היה הולך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או המילה החסרים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2025 נהרגו __________ בני אדם בתאונות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2024 נהרגו __________ בני אדם בתאונות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בערך __________ מכל ארבעה הרוגים היו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מספר ההרוגים בתאונות דרכים __________ בין 2024 ל-2025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לפירוש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1. 459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היחסי של הולכי הרגל מכלל ההרוגים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2. 439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ההרוגים בתאונות דרכים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מגורם מוסמך שכדאי לבדוק מול עדכון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אחד מכל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הולכי הרגל שנהרגו ב-2025, בערך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נתונים רשמיים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ההרוגים בתאונות דרכים ב-2024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קריאת כרטיס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בין נתונים משנים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 המספרים בכרטיס הנתונים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מה כל מספר מייצג (שנה, קבוצה, סוג)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אפשר לעשות כדי לשפר את הבטיחות בדרכים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להסיק מסקנה לגבי השינוי במספרים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עושים כדי לצמצם את מספר הולכי הרגל שנפגעים בתאונות דרכים? כתבו הצעה אחת מפורטת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אומר הנתון 'אחד מכל ארבעה' לגבי הולכי הרגל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בני אדם נהרגו בתאונות דרכים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מספר ההרוגים עלה או ירד לעומת 2024?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מהנהרגים היו בערך הולכי 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הנתונים – תאונות דרכים במספרים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